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903A6" w14:textId="77777777" w:rsidR="00F8696A" w:rsidRDefault="00000000" w:rsidP="00782227">
      <w:pPr>
        <w:spacing w:after="0"/>
        <w:jc w:val="center"/>
      </w:pPr>
      <w:r>
        <w:rPr>
          <w:b/>
        </w:rPr>
        <w:t>CỘNG HÒA XÃ HỘI CHỦ NGHĨA VIỆT NAM</w:t>
      </w:r>
    </w:p>
    <w:p w14:paraId="294DD9D6" w14:textId="77777777" w:rsidR="00F8696A" w:rsidRDefault="00000000" w:rsidP="00782227">
      <w:pPr>
        <w:spacing w:after="0"/>
        <w:jc w:val="center"/>
      </w:pPr>
      <w:r>
        <w:rPr>
          <w:b/>
        </w:rPr>
        <w:t>Độc lập - Tự do - Hạnh phúc</w:t>
      </w:r>
    </w:p>
    <w:p w14:paraId="2AAABB1D" w14:textId="77777777" w:rsidR="00F8696A" w:rsidRDefault="00000000">
      <w:pPr>
        <w:jc w:val="center"/>
      </w:pPr>
      <w:r>
        <w:t>———————</w:t>
      </w:r>
    </w:p>
    <w:p w14:paraId="72D90F3D" w14:textId="77777777" w:rsidR="00F8696A" w:rsidRDefault="00000000" w:rsidP="00782227">
      <w:pPr>
        <w:spacing w:after="0"/>
        <w:jc w:val="center"/>
      </w:pPr>
      <w:r>
        <w:rPr>
          <w:b/>
          <w:sz w:val="30"/>
        </w:rPr>
        <w:t>PHIẾU ĐĂNG KÝ DỊCH VỤ CHỨNG THƯ SỐ HILO-CA</w:t>
      </w:r>
    </w:p>
    <w:p w14:paraId="0C2A90D9" w14:textId="77777777" w:rsidR="00F8696A" w:rsidRDefault="00000000">
      <w:pPr>
        <w:jc w:val="center"/>
      </w:pPr>
      <w:r>
        <w:rPr>
          <w:i/>
        </w:rPr>
        <w:t>(Dành cho tổ chức, doanh nghiệp)</w:t>
      </w:r>
    </w:p>
    <w:p w14:paraId="580387B5" w14:textId="77777777" w:rsidR="00F8696A" w:rsidRDefault="00000000">
      <w:r>
        <w:rPr>
          <w:b/>
        </w:rPr>
        <w:t>1. Loại yêu cầu (đánh dấu X)</w:t>
      </w:r>
    </w:p>
    <w:p w14:paraId="1A7A1169" w14:textId="77777777" w:rsidR="00F8696A" w:rsidRDefault="00000000" w:rsidP="00782227">
      <w:pPr>
        <w:spacing w:after="0"/>
      </w:pPr>
      <w:r>
        <w:t>☐ Đăng ký mới      ☐ Gia hạn      ☐ Chuyển đổi từ nhà cung cấp khác sang Hilo-CA</w:t>
      </w:r>
    </w:p>
    <w:p w14:paraId="57FA96C6" w14:textId="77777777" w:rsidR="00F8696A" w:rsidRDefault="00000000">
      <w:r>
        <w:t>Thời hạn:   ☐ 1 năm      ☐ 2 năm      ☐ 3 năm</w:t>
      </w:r>
    </w:p>
    <w:p w14:paraId="43771B85" w14:textId="77777777" w:rsidR="00F8696A" w:rsidRDefault="00000000">
      <w:r>
        <w:rPr>
          <w:b/>
        </w:rPr>
        <w:t>2. Thông tin tổ chức, doanh nghiệp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6236"/>
      </w:tblGrid>
      <w:tr w:rsidR="00F8696A" w14:paraId="0F5086BA" w14:textId="77777777">
        <w:tc>
          <w:tcPr>
            <w:tcW w:w="3402" w:type="dxa"/>
          </w:tcPr>
          <w:p w14:paraId="4B67A53E" w14:textId="77777777" w:rsidR="00F8696A" w:rsidRDefault="00000000">
            <w:r>
              <w:t>Tên doanh nghiệp</w:t>
            </w:r>
          </w:p>
        </w:tc>
        <w:tc>
          <w:tcPr>
            <w:tcW w:w="6236" w:type="dxa"/>
          </w:tcPr>
          <w:p w14:paraId="623B12E3" w14:textId="77777777" w:rsidR="00F8696A" w:rsidRDefault="00F8696A"/>
        </w:tc>
      </w:tr>
      <w:tr w:rsidR="00F8696A" w14:paraId="4F8D6772" w14:textId="77777777">
        <w:tc>
          <w:tcPr>
            <w:tcW w:w="3402" w:type="dxa"/>
          </w:tcPr>
          <w:p w14:paraId="1F4D5581" w14:textId="77777777" w:rsidR="00F8696A" w:rsidRDefault="00000000">
            <w:r>
              <w:t>Tên viết tắt / tiếng Anh</w:t>
            </w:r>
          </w:p>
        </w:tc>
        <w:tc>
          <w:tcPr>
            <w:tcW w:w="6236" w:type="dxa"/>
          </w:tcPr>
          <w:p w14:paraId="74D5F7B9" w14:textId="77777777" w:rsidR="00F8696A" w:rsidRDefault="00F8696A"/>
        </w:tc>
      </w:tr>
      <w:tr w:rsidR="00F8696A" w14:paraId="67682A80" w14:textId="77777777">
        <w:tc>
          <w:tcPr>
            <w:tcW w:w="3402" w:type="dxa"/>
          </w:tcPr>
          <w:p w14:paraId="7EC66856" w14:textId="77777777" w:rsidR="00F8696A" w:rsidRDefault="00000000">
            <w:r>
              <w:t>Mã số thuế</w:t>
            </w:r>
          </w:p>
        </w:tc>
        <w:tc>
          <w:tcPr>
            <w:tcW w:w="6236" w:type="dxa"/>
          </w:tcPr>
          <w:p w14:paraId="1C9DA8F9" w14:textId="77777777" w:rsidR="00F8696A" w:rsidRDefault="00F8696A"/>
        </w:tc>
      </w:tr>
      <w:tr w:rsidR="00F8696A" w14:paraId="702501FF" w14:textId="77777777">
        <w:tc>
          <w:tcPr>
            <w:tcW w:w="3402" w:type="dxa"/>
          </w:tcPr>
          <w:p w14:paraId="22336CBC" w14:textId="77777777" w:rsidR="00F8696A" w:rsidRDefault="00000000">
            <w:r>
              <w:t>Địa chỉ trụ sở</w:t>
            </w:r>
          </w:p>
        </w:tc>
        <w:tc>
          <w:tcPr>
            <w:tcW w:w="6236" w:type="dxa"/>
          </w:tcPr>
          <w:p w14:paraId="29DF21EB" w14:textId="77777777" w:rsidR="00F8696A" w:rsidRDefault="00F8696A"/>
        </w:tc>
      </w:tr>
      <w:tr w:rsidR="00F8696A" w14:paraId="1EEE817A" w14:textId="77777777">
        <w:tc>
          <w:tcPr>
            <w:tcW w:w="3402" w:type="dxa"/>
          </w:tcPr>
          <w:p w14:paraId="56CA745E" w14:textId="77777777" w:rsidR="00F8696A" w:rsidRDefault="00000000">
            <w:r>
              <w:t>Tỉnh / Thành phố</w:t>
            </w:r>
          </w:p>
        </w:tc>
        <w:tc>
          <w:tcPr>
            <w:tcW w:w="6236" w:type="dxa"/>
          </w:tcPr>
          <w:p w14:paraId="2FDF272C" w14:textId="77777777" w:rsidR="00F8696A" w:rsidRDefault="00F8696A"/>
        </w:tc>
      </w:tr>
      <w:tr w:rsidR="00F8696A" w14:paraId="4D75C9B6" w14:textId="77777777">
        <w:tc>
          <w:tcPr>
            <w:tcW w:w="3402" w:type="dxa"/>
          </w:tcPr>
          <w:p w14:paraId="3EE9EB87" w14:textId="77777777" w:rsidR="00F8696A" w:rsidRDefault="00000000">
            <w:r>
              <w:t>Điện thoại</w:t>
            </w:r>
          </w:p>
        </w:tc>
        <w:tc>
          <w:tcPr>
            <w:tcW w:w="6236" w:type="dxa"/>
          </w:tcPr>
          <w:p w14:paraId="2EFD7B73" w14:textId="77777777" w:rsidR="00F8696A" w:rsidRDefault="00F8696A"/>
        </w:tc>
      </w:tr>
      <w:tr w:rsidR="00F8696A" w14:paraId="3194D07A" w14:textId="77777777">
        <w:tc>
          <w:tcPr>
            <w:tcW w:w="3402" w:type="dxa"/>
          </w:tcPr>
          <w:p w14:paraId="3AC82A47" w14:textId="77777777" w:rsidR="00F8696A" w:rsidRDefault="00000000">
            <w:r>
              <w:t>Email nhận thông báo</w:t>
            </w:r>
          </w:p>
        </w:tc>
        <w:tc>
          <w:tcPr>
            <w:tcW w:w="6236" w:type="dxa"/>
          </w:tcPr>
          <w:p w14:paraId="2C0AB37F" w14:textId="77777777" w:rsidR="00F8696A" w:rsidRDefault="00F8696A"/>
        </w:tc>
      </w:tr>
    </w:tbl>
    <w:p w14:paraId="350E9AC8" w14:textId="77777777" w:rsidR="00F8696A" w:rsidRDefault="00000000">
      <w:r>
        <w:rPr>
          <w:b/>
        </w:rPr>
        <w:t>3. Người đại diện theo pháp luật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6236"/>
      </w:tblGrid>
      <w:tr w:rsidR="00F8696A" w14:paraId="196FFF24" w14:textId="77777777">
        <w:tc>
          <w:tcPr>
            <w:tcW w:w="3402" w:type="dxa"/>
          </w:tcPr>
          <w:p w14:paraId="0C54C8EB" w14:textId="77777777" w:rsidR="00F8696A" w:rsidRDefault="00000000">
            <w:r>
              <w:t>Họ và tên</w:t>
            </w:r>
          </w:p>
        </w:tc>
        <w:tc>
          <w:tcPr>
            <w:tcW w:w="6236" w:type="dxa"/>
          </w:tcPr>
          <w:p w14:paraId="2BACA62E" w14:textId="77777777" w:rsidR="00F8696A" w:rsidRDefault="00F8696A"/>
        </w:tc>
      </w:tr>
      <w:tr w:rsidR="00F8696A" w14:paraId="05068E36" w14:textId="77777777">
        <w:tc>
          <w:tcPr>
            <w:tcW w:w="3402" w:type="dxa"/>
          </w:tcPr>
          <w:p w14:paraId="789BC60A" w14:textId="77777777" w:rsidR="00F8696A" w:rsidRDefault="00000000">
            <w:r>
              <w:t>Chức vụ</w:t>
            </w:r>
          </w:p>
        </w:tc>
        <w:tc>
          <w:tcPr>
            <w:tcW w:w="6236" w:type="dxa"/>
          </w:tcPr>
          <w:p w14:paraId="0B097628" w14:textId="77777777" w:rsidR="00F8696A" w:rsidRDefault="00F8696A"/>
        </w:tc>
      </w:tr>
      <w:tr w:rsidR="00F8696A" w14:paraId="0A4E16C7" w14:textId="77777777">
        <w:tc>
          <w:tcPr>
            <w:tcW w:w="3402" w:type="dxa"/>
          </w:tcPr>
          <w:p w14:paraId="678A7180" w14:textId="77777777" w:rsidR="00F8696A" w:rsidRDefault="00000000">
            <w:r>
              <w:t>Số CCCD</w:t>
            </w:r>
          </w:p>
        </w:tc>
        <w:tc>
          <w:tcPr>
            <w:tcW w:w="6236" w:type="dxa"/>
          </w:tcPr>
          <w:p w14:paraId="45312B11" w14:textId="77777777" w:rsidR="00F8696A" w:rsidRDefault="00F8696A"/>
        </w:tc>
      </w:tr>
      <w:tr w:rsidR="00F8696A" w14:paraId="5D90B4E2" w14:textId="77777777">
        <w:tc>
          <w:tcPr>
            <w:tcW w:w="3402" w:type="dxa"/>
          </w:tcPr>
          <w:p w14:paraId="70CC7D79" w14:textId="77777777" w:rsidR="00F8696A" w:rsidRDefault="00000000">
            <w:r>
              <w:t>Ngày cấp, nơi cấp</w:t>
            </w:r>
          </w:p>
        </w:tc>
        <w:tc>
          <w:tcPr>
            <w:tcW w:w="6236" w:type="dxa"/>
          </w:tcPr>
          <w:p w14:paraId="6FF67919" w14:textId="77777777" w:rsidR="00F8696A" w:rsidRDefault="00F8696A"/>
        </w:tc>
      </w:tr>
      <w:tr w:rsidR="00F8696A" w14:paraId="43ADB48A" w14:textId="77777777">
        <w:tc>
          <w:tcPr>
            <w:tcW w:w="3402" w:type="dxa"/>
          </w:tcPr>
          <w:p w14:paraId="1378253C" w14:textId="77777777" w:rsidR="00F8696A" w:rsidRDefault="00000000">
            <w:r>
              <w:t>Điện thoại</w:t>
            </w:r>
          </w:p>
        </w:tc>
        <w:tc>
          <w:tcPr>
            <w:tcW w:w="6236" w:type="dxa"/>
          </w:tcPr>
          <w:p w14:paraId="03392E31" w14:textId="77777777" w:rsidR="00F8696A" w:rsidRDefault="00F8696A"/>
        </w:tc>
      </w:tr>
    </w:tbl>
    <w:p w14:paraId="79F3E873" w14:textId="77777777" w:rsidR="00F8696A" w:rsidRDefault="00000000">
      <w:r>
        <w:rPr>
          <w:b/>
        </w:rPr>
        <w:t>4. Người liên hệ (nếu khác người đại diện)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6236"/>
      </w:tblGrid>
      <w:tr w:rsidR="00F8696A" w14:paraId="15FA621C" w14:textId="77777777">
        <w:tc>
          <w:tcPr>
            <w:tcW w:w="3402" w:type="dxa"/>
          </w:tcPr>
          <w:p w14:paraId="1D297E36" w14:textId="77777777" w:rsidR="00F8696A" w:rsidRDefault="00000000">
            <w:r>
              <w:t>Họ và tên</w:t>
            </w:r>
          </w:p>
        </w:tc>
        <w:tc>
          <w:tcPr>
            <w:tcW w:w="6236" w:type="dxa"/>
          </w:tcPr>
          <w:p w14:paraId="5BDBAFF6" w14:textId="77777777" w:rsidR="00F8696A" w:rsidRDefault="00F8696A"/>
        </w:tc>
      </w:tr>
      <w:tr w:rsidR="00F8696A" w14:paraId="0FD10752" w14:textId="77777777">
        <w:tc>
          <w:tcPr>
            <w:tcW w:w="3402" w:type="dxa"/>
          </w:tcPr>
          <w:p w14:paraId="41929BAC" w14:textId="77777777" w:rsidR="00F8696A" w:rsidRDefault="00000000">
            <w:r>
              <w:t>Điện thoại</w:t>
            </w:r>
          </w:p>
        </w:tc>
        <w:tc>
          <w:tcPr>
            <w:tcW w:w="6236" w:type="dxa"/>
          </w:tcPr>
          <w:p w14:paraId="306AE49C" w14:textId="77777777" w:rsidR="00F8696A" w:rsidRDefault="00F8696A"/>
        </w:tc>
      </w:tr>
      <w:tr w:rsidR="00F8696A" w14:paraId="55F3C8B1" w14:textId="77777777">
        <w:tc>
          <w:tcPr>
            <w:tcW w:w="3402" w:type="dxa"/>
          </w:tcPr>
          <w:p w14:paraId="611295AD" w14:textId="77777777" w:rsidR="00F8696A" w:rsidRDefault="00000000">
            <w:r>
              <w:t>Email</w:t>
            </w:r>
          </w:p>
        </w:tc>
        <w:tc>
          <w:tcPr>
            <w:tcW w:w="6236" w:type="dxa"/>
          </w:tcPr>
          <w:p w14:paraId="2104F33A" w14:textId="77777777" w:rsidR="00F8696A" w:rsidRDefault="00F8696A"/>
        </w:tc>
      </w:tr>
    </w:tbl>
    <w:p w14:paraId="0467193A" w14:textId="77777777" w:rsidR="00F8696A" w:rsidRDefault="00000000">
      <w:r>
        <w:rPr>
          <w:b/>
        </w:rPr>
        <w:t>5. Thông tin chứng thư số hiện tại (khi gia hạn hoặc chuyển đổi)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2"/>
        <w:gridCol w:w="6236"/>
      </w:tblGrid>
      <w:tr w:rsidR="00F8696A" w14:paraId="402FF289" w14:textId="77777777">
        <w:tc>
          <w:tcPr>
            <w:tcW w:w="3402" w:type="dxa"/>
          </w:tcPr>
          <w:p w14:paraId="023F8145" w14:textId="77777777" w:rsidR="00F8696A" w:rsidRDefault="00000000">
            <w:r>
              <w:t>Nhà cung cấp hiện tại</w:t>
            </w:r>
          </w:p>
        </w:tc>
        <w:tc>
          <w:tcPr>
            <w:tcW w:w="6236" w:type="dxa"/>
          </w:tcPr>
          <w:p w14:paraId="594ED436" w14:textId="77777777" w:rsidR="00F8696A" w:rsidRDefault="00F8696A"/>
        </w:tc>
      </w:tr>
      <w:tr w:rsidR="00F8696A" w14:paraId="1820336A" w14:textId="77777777">
        <w:tc>
          <w:tcPr>
            <w:tcW w:w="3402" w:type="dxa"/>
          </w:tcPr>
          <w:p w14:paraId="0A78573A" w14:textId="77777777" w:rsidR="00F8696A" w:rsidRDefault="00000000">
            <w:r>
              <w:t>Số serial chứng thư</w:t>
            </w:r>
          </w:p>
        </w:tc>
        <w:tc>
          <w:tcPr>
            <w:tcW w:w="6236" w:type="dxa"/>
          </w:tcPr>
          <w:p w14:paraId="45B6FD4C" w14:textId="77777777" w:rsidR="00F8696A" w:rsidRDefault="00F8696A"/>
        </w:tc>
      </w:tr>
      <w:tr w:rsidR="00F8696A" w14:paraId="3C3306ED" w14:textId="77777777">
        <w:tc>
          <w:tcPr>
            <w:tcW w:w="3402" w:type="dxa"/>
          </w:tcPr>
          <w:p w14:paraId="26612514" w14:textId="77777777" w:rsidR="00F8696A" w:rsidRDefault="00000000">
            <w:r>
              <w:t>Ngày hết hạn</w:t>
            </w:r>
          </w:p>
        </w:tc>
        <w:tc>
          <w:tcPr>
            <w:tcW w:w="6236" w:type="dxa"/>
          </w:tcPr>
          <w:p w14:paraId="77D83340" w14:textId="77777777" w:rsidR="00F8696A" w:rsidRDefault="00F8696A"/>
        </w:tc>
      </w:tr>
    </w:tbl>
    <w:p w14:paraId="0C9D8280" w14:textId="77777777" w:rsidR="00F8696A" w:rsidRDefault="00000000" w:rsidP="00782227">
      <w:pPr>
        <w:spacing w:after="0"/>
      </w:pPr>
      <w:r>
        <w:rPr>
          <w:b/>
        </w:rPr>
        <w:t>6. Cam kết</w:t>
      </w:r>
    </w:p>
    <w:p w14:paraId="11A41828" w14:textId="77777777" w:rsidR="00F8696A" w:rsidRDefault="00000000" w:rsidP="00782227">
      <w:pPr>
        <w:spacing w:after="0"/>
      </w:pPr>
      <w:r>
        <w:t>Doanh nghiệp cam kết các thông tin kê khai trên là đúng sự thật, đồng ý với các điều khoản sử dụng dịch vụ chứng thư số của Hilo-CA và chịu trách nhiệm trước pháp luật về việc sử dụng chứng thư số.</w:t>
      </w:r>
    </w:p>
    <w:p w14:paraId="5F3F7E16" w14:textId="77777777" w:rsidR="00F8696A" w:rsidRDefault="00000000" w:rsidP="00782227">
      <w:pPr>
        <w:spacing w:after="0"/>
        <w:jc w:val="right"/>
      </w:pPr>
      <w:r>
        <w:t>…………, ngày …… tháng …… năm ………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F8696A" w14:paraId="48621F39" w14:textId="77777777">
        <w:tc>
          <w:tcPr>
            <w:tcW w:w="4986" w:type="dxa"/>
          </w:tcPr>
          <w:p w14:paraId="21D4FDBE" w14:textId="77777777" w:rsidR="00F8696A" w:rsidRDefault="00F8696A"/>
        </w:tc>
        <w:tc>
          <w:tcPr>
            <w:tcW w:w="4986" w:type="dxa"/>
          </w:tcPr>
          <w:p w14:paraId="03171D25" w14:textId="77777777" w:rsidR="00F8696A" w:rsidRDefault="00000000" w:rsidP="00782227">
            <w:pPr>
              <w:spacing w:after="0"/>
              <w:jc w:val="center"/>
            </w:pPr>
            <w:r>
              <w:rPr>
                <w:b/>
              </w:rPr>
              <w:t>ĐẠI DIỆN DOANH NGHIỆP</w:t>
            </w:r>
          </w:p>
          <w:p w14:paraId="28C5D3FB" w14:textId="77777777" w:rsidR="00F8696A" w:rsidRDefault="00000000">
            <w:pPr>
              <w:jc w:val="center"/>
            </w:pPr>
            <w:r>
              <w:rPr>
                <w:i/>
              </w:rPr>
              <w:t>(Ký, ghi rõ họ tên và đóng dấu)</w:t>
            </w:r>
          </w:p>
        </w:tc>
      </w:tr>
    </w:tbl>
    <w:p w14:paraId="7754B2C8" w14:textId="77777777" w:rsidR="00F8696A" w:rsidRDefault="00F8696A"/>
    <w:p w14:paraId="17B6ED8C" w14:textId="77777777" w:rsidR="00782227" w:rsidRDefault="00782227"/>
    <w:p w14:paraId="075BA423" w14:textId="77777777" w:rsidR="00F8696A" w:rsidRDefault="00000000">
      <w:r>
        <w:rPr>
          <w:i/>
          <w:sz w:val="21"/>
        </w:rPr>
        <w:t>Hồ sơ kèm theo: bản chụp/scan CCCD người đại diện (2 mặt), Giấy chứng nhận đăng ký doanh nghiệp. Nộp online tại trang đăng ký hoặc gửi qua Zalo OA của Hilo.</w:t>
      </w:r>
    </w:p>
    <w:sectPr w:rsidR="00F8696A" w:rsidSect="00782227">
      <w:pgSz w:w="12240" w:h="15840"/>
      <w:pgMar w:top="709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2839661">
    <w:abstractNumId w:val="8"/>
  </w:num>
  <w:num w:numId="2" w16cid:durableId="844979645">
    <w:abstractNumId w:val="6"/>
  </w:num>
  <w:num w:numId="3" w16cid:durableId="1888839139">
    <w:abstractNumId w:val="5"/>
  </w:num>
  <w:num w:numId="4" w16cid:durableId="513232117">
    <w:abstractNumId w:val="4"/>
  </w:num>
  <w:num w:numId="5" w16cid:durableId="102267184">
    <w:abstractNumId w:val="7"/>
  </w:num>
  <w:num w:numId="6" w16cid:durableId="1362822987">
    <w:abstractNumId w:val="3"/>
  </w:num>
  <w:num w:numId="7" w16cid:durableId="1557206616">
    <w:abstractNumId w:val="2"/>
  </w:num>
  <w:num w:numId="8" w16cid:durableId="1798184990">
    <w:abstractNumId w:val="1"/>
  </w:num>
  <w:num w:numId="9" w16cid:durableId="1505625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82227"/>
    <w:rsid w:val="00A3210C"/>
    <w:rsid w:val="00AA1D8D"/>
    <w:rsid w:val="00B47730"/>
    <w:rsid w:val="00CB0664"/>
    <w:rsid w:val="00F869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0C5725A"/>
  <w14:defaultImageDpi w14:val="300"/>
  <w15:docId w15:val="{36F76B60-7D45-4AAE-BDF8-AD2549265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VĂN PHONG MR</cp:lastModifiedBy>
  <cp:revision>2</cp:revision>
  <dcterms:created xsi:type="dcterms:W3CDTF">2013-12-23T23:15:00Z</dcterms:created>
  <dcterms:modified xsi:type="dcterms:W3CDTF">2026-10-07T06:02:00Z</dcterms:modified>
  <cp:category/>
</cp:coreProperties>
</file>